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החצייה הבטוחה ואת צבעי הרמזור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נפוצים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בדרך כמו מרחק עצירה 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ליד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אדום להולכי רגל אומר לעצור ולא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שאין רכבים משני הכיוונים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(לעצור ולא לזוז)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(מותר לחצות 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(אזהרה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מוחלט)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ומוודאים שהכביש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ובקו ישר תוך כדי הבטה מתמשכת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לחבוש קסדה ולבדוק שהבלמים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אדום-עצור, צהוב-הכן, ירוק-אפשר לזוז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צעדים מתוך: עצירה, הבטה, הקשבה, חצייה בקו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הגנה על הראש מפגיעה במקרה של נפילה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הדגמה מעשית של ארבעת צעדי החצייה בכיתה או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שיחה על חוויות אישיות של התלמידים בדרך 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לקצר ולהתמקד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כללי הבטיחות בדרכים: חציית כביש, רמזורים, תמרורים ונסיעה בטוחה על אופניים וקורקינט.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מדרכה  ·  ישר  ·  תמרור  ·  אדום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הצבע הראשון שצריך לבדוק ברמזור לפני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ליד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לאיזה כיוון מביטים ראשונה לפני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כשהרמזור אדום להולכי 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להביט ימינה, שמאלה ושוב ימינה לפני חצייה.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חצייה עוצרים ליד 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הצבע __________ ברמזור אומר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חוצים את הכביש בהליכה ובקו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ה__________ הוא שלט שנותן הוראה או אזהרה לנהגים.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מותר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אזהרה מסכנה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איסור מוחלט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לעצור ולא לזוז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בהליכה ובקו ישר תוך כדי הבטה מתמשכת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ימינה, 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ומוודאים שהכביש פנוי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כיתבו שני דברים שחשוב לעשות לפני רכיבה על אופניים או קורקינט.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הצבעים ברמזור ומה כל אחד מהם אומר?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כיתבו שני צעדים מתוך ארבעת צעדי החצייה הבטוחה.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