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כללי החצייה הבטוחה ואת צבעי הרמזור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תמרורים נפוצים ואת 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גורמים המשפיעים על בטיחות בדרך כמו מרחק עצירה וראות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עוצרים ליד שפת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להגן על הראש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המרחק שרכב צריך כדי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שימוש בטלפון נייד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אדום להולכי רגל אומר לעצור ולא לחצות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בודקים שאין רכבים משני הכיוונים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לחצות בהליכה ובקו ישר, לא בריצה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קסדה חשובה לכל הרוכבים בכל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עייפות מאטה את זמן התגובה של הנהג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תמרור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בהירים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קסדה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(לעצור ולא לזוז)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(מותר לחצות בזהירות)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(אזהרה מסכנה)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(איסור מוחלט)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(מקום מסומן לחצייה בטוחה)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לפי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לפני שפת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מביטים ימינה, שמאלה ושוב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ומוודאים שהכביש פנוי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בהליכה ובקו ישר תוך כדי הבטה מתמשכת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לחבוש קסדה ולבדוק שהבלמים תקינים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 מסיח את הדעת ומונע לשים לב לרכבים ולסכנות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אדום-עצור, צהוב-הכן, ירוק-אפשר לזוז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שני צעדים מתוך: עצירה, הבטה, הקשבה, חצייה בקו ישר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הגנה על הראש מפגיעה במקרה של נפילה או תאונה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הדגמה מעשית של ארבעת צעדי החצייה בכיתה או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שיחה על חוויות אישיות של התלמידים בדרך לבית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ניתן לקצר ולהתמקד בחלקי mc ו-tf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חוצים כביש בבטחה, מה הצבעים ברמזור ומה התמרורים אומרים.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השביל הצדדי שבו הולכים ברגל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עם אור אדום, צהוב וירוק שמנהל את התנועה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תמרור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 בדרך שנותן הוראה או אזהרה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מעבר חצייה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מסומן בכביש שבו חוצים בבטחה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עצירה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המרחק שרכב צריך כדי לעצור לגמרי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כובע מגן שחובשים על אופניים או קורקינט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נהג זהיר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שנוהג לאט ושם לב לסביבה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הסחת דעת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שמפריע לשים לב, כמו טלפון נייד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צבע ברמזור אומר שאפשר ללכת?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הצעד הראשון בחצייה בטוחה?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ליד שפת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עוצמים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לאיזה כיוון מסתכלים קודם?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חובשים קסדה?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להגן על הראש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לקשט את האופניים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לחסום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להראות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המילה הזאת אומרת: מרחק עצירה?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המרחק עד לתחנת דלק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המרחק שרכב צריך כדי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אורך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גובה הרמזור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מפריע לנהג לשים לב לכביש?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הסתכלות בכביש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שימוש בטלפון נייד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חגירת חגורה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נסיעה לאט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לחצות כביש כשהרמזור אדום להולכי רגל.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להביט ימינה, שמאלה ושוב ימינה לפני חצייה.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לחצות כביש תוך כדי ריצה מהירה.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קסדה נדרשת רק למבוגרים ולא לילדים.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עייפות יכולה להשפיע על יכולת הנהיגה הבטוחה.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חצייה עוצרים ליד שפת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הצבע __________ ברמזור אומר לעצור.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חוצים את הכביש בהליכה ובקו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שלט שנותן הוראה או אזהרה לנהגים.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כשחושך בחוץ חשוב ללבוש בגדים בצבעים __________ כדי להיראות.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על אופניים וקורקינט חובה לחבוש __________ להגנה על הראש.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רמזור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מסומן לחצייה בטוחה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רמזור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איסור מוחלט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תמרור משולש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לעצור ולא לזוז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תמרור עיגול עם קו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אזהרה מסכנה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מעבר חצייה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מותר לחצות בזהירות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לפי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מביטים ימינה, שמאלה ושוב ימינה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בהליכה ובקו ישר תוך כדי הבטה מתמשכת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לפני שפת המדרכה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ומוודאים שהכביש פנוי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כיתבו שני דברים שחשוב לעשות לפני רכיבה על אופניים או קורקינט.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אסור להשתמש בטלפון נייד בזמן הליכה ליד כביש.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הצבעים ברמזור ומה כל אחד מהם אומר?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כיתבו שני צעדים מתוך ארבעת צעדי החצייה הבטוחה.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לחבוש קסדה על אופניים או קורקינט?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זהירות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