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החצייה הבטוחה ואת צבעי הרמזור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נפוצים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בדרך כמו מרחק עצירה 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ליד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להגן על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המרחק שרכב צריך כדי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שימוש בטלפון 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להולכי רגל אומר לעצור ולא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רכבים משני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לחצות בהליכה ובקו ישר, 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קסדה חשובה לכל הרוכבים בכל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עייפות מאטה את זמן התגובה של הנהג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(לעצור ולא לזוז)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(אזהרה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(איסור מוחלט)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מסומן לחצייה בטוחה)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ומוודאים שהכביש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ובקו ישר תוך כדי הבטה מתמשכת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לחבוש קסדה ולבדוק שהבלמים תקינים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מסיח את הדעת ומונע לשים לב לרכבים ולסכנות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אדום-עצור, צהוב-הכן, ירוק-אפשר לזוז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צעדים מתוך: עצירה, הבטה, הקשבה, חצייה בקו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הגנה על הראש מפגיעה במקרה של נפילה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מעשית של ארבעת צעדי החצייה בכיתה או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שיחה על חוויות אישיות של התלמידים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לקצר ולהתמקד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כללי הבטיחות בדרכים: חציית כביש, רמזורים, תמרורים ונסיעה בטוחה על אופניים וקורקינט.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הצבע הראשון שצריך לבדוק ברמזור לפני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ליד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כיוון מביטים ראשונה לפני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הקסדה ברכיבה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לחסום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מרחק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עד לתחנת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צריך כדי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התנהגות נחשבת להסחת דעת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הסתכלות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חגירת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אדום להולכי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להביט ימינה, שמאלה ושוב ימינה לפני חצייה.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ריצה מהירה.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נדרשת רק למבוגרים ולא לילדים.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יכולה להשפיע על יכולת הנהיגה הבטוחה.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 עוצרים ליד 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הצבע __________ ברמזור אומר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בהליכה ובקו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שלט שנותן הוראה או אזהרה לנהגים.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כשחושך בחוץ חשוב ללבוש בגדים בצבעים __________ כדי להיראות.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אופניים וקורקינט חובה לחבוש __________ להגנה 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איסור מוחלט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לעצור ולא לזוז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מסומן לחצייה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אזהרה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מותר לחצות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ומוודאים שהכביש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ובקו ישר תוך כדי הבטה מתמשכת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כיתבו שני דברים שחשוב לעשות לפני רכיבה על אופניים או קורקינט.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אסור להשתמש בטלפון נייד בזמן הליכה ליד כביש.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הצבעים ברמזור ומה כל אחד מהם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כיתבו שני צעדים מתוך ארבעת צעדי החצייה הבטוחה.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לחבוש קסדה על אופניים או קורקינט?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